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668DD" w14:textId="77777777" w:rsidR="00B36724" w:rsidRDefault="00000000">
      <w:pPr>
        <w:spacing w:after="40"/>
        <w:jc w:val="center"/>
      </w:pPr>
      <w:r>
        <w:rPr>
          <w:rFonts w:ascii="Arial" w:eastAsia="Arial" w:hAnsi="Arial"/>
          <w:b/>
          <w:color w:val="0B1F3A"/>
          <w:sz w:val="32"/>
        </w:rPr>
        <w:t>JSST 2026 Abstract</w:t>
      </w:r>
    </w:p>
    <w:p w14:paraId="1C41D0B0" w14:textId="77777777" w:rsidR="00B36724" w:rsidRDefault="00000000">
      <w:pPr>
        <w:spacing w:after="240"/>
        <w:jc w:val="center"/>
      </w:pPr>
      <w:r>
        <w:rPr>
          <w:rFonts w:ascii="Arial" w:eastAsia="Arial" w:hAnsi="Arial"/>
          <w:color w:val="505050"/>
          <w:sz w:val="18"/>
        </w:rPr>
        <w:t>Joint Symposium of Jeju National University and Nagasaki University on Science and Technology</w:t>
      </w:r>
    </w:p>
    <w:tbl>
      <w:tblPr>
        <w:tblW w:w="0" w:type="auto"/>
        <w:jc w:val="center"/>
        <w:tblLook w:val="04A0" w:firstRow="1" w:lastRow="0" w:firstColumn="1" w:lastColumn="0" w:noHBand="0" w:noVBand="1"/>
      </w:tblPr>
      <w:tblGrid>
        <w:gridCol w:w="9412"/>
      </w:tblGrid>
      <w:tr w:rsidR="00B36724" w14:paraId="3AF56FD6" w14:textId="77777777">
        <w:trPr>
          <w:jc w:val="center"/>
        </w:trPr>
        <w:tc>
          <w:tcPr>
            <w:tcW w:w="9412" w:type="dxa"/>
            <w:tcBorders>
              <w:top w:val="single" w:sz="6" w:space="0" w:color="D9E2F3"/>
              <w:left w:val="single" w:sz="6" w:space="0" w:color="D9E2F3"/>
              <w:bottom w:val="single" w:sz="6" w:space="0" w:color="D9E2F3"/>
              <w:right w:val="single" w:sz="6" w:space="0" w:color="D9E2F3"/>
            </w:tcBorders>
            <w:shd w:val="clear" w:color="auto" w:fill="F2F6FB"/>
            <w:vAlign w:val="center"/>
          </w:tcPr>
          <w:p w14:paraId="23EFA0B8" w14:textId="77777777" w:rsidR="00B36724" w:rsidRDefault="00000000">
            <w:pPr>
              <w:pStyle w:val="Instruction"/>
            </w:pPr>
            <w:r>
              <w:t>Instructions: Please prepare the abstract in English. The abstract should fit within one A4 page. Replace the placeholder text below and submit the completed file to the contact person at your university by September 18, 2026.</w:t>
            </w:r>
          </w:p>
        </w:tc>
      </w:tr>
    </w:tbl>
    <w:p w14:paraId="74D03909" w14:textId="77777777" w:rsidR="00B36724" w:rsidRDefault="00B36724">
      <w:pPr>
        <w:spacing w:after="40"/>
      </w:pPr>
    </w:p>
    <w:p w14:paraId="7328F55E" w14:textId="77777777" w:rsidR="00B36724" w:rsidRDefault="00000000">
      <w:pPr>
        <w:spacing w:before="120"/>
        <w:jc w:val="center"/>
      </w:pPr>
      <w:r>
        <w:rPr>
          <w:b/>
          <w:sz w:val="28"/>
        </w:rPr>
        <w:t>Title of the Presentation</w:t>
      </w:r>
    </w:p>
    <w:p w14:paraId="055A14F5" w14:textId="77777777" w:rsidR="00B36724" w:rsidRDefault="00000000">
      <w:pPr>
        <w:spacing w:after="40"/>
        <w:jc w:val="center"/>
      </w:pPr>
      <w:r>
        <w:t>First Author1, Second Author2, and Corresponding Author1</w:t>
      </w:r>
    </w:p>
    <w:p w14:paraId="6BE2AD94" w14:textId="77777777" w:rsidR="00B36724" w:rsidRDefault="00000000">
      <w:pPr>
        <w:spacing w:after="40"/>
        <w:jc w:val="center"/>
      </w:pPr>
      <w:r>
        <w:rPr>
          <w:i/>
          <w:sz w:val="20"/>
        </w:rPr>
        <w:t>1 Affiliation, Department, University, City, Country</w:t>
      </w:r>
    </w:p>
    <w:p w14:paraId="7229F7E8" w14:textId="77777777" w:rsidR="00B36724" w:rsidRDefault="00000000">
      <w:pPr>
        <w:spacing w:after="40"/>
        <w:jc w:val="center"/>
      </w:pPr>
      <w:r>
        <w:rPr>
          <w:i/>
          <w:sz w:val="20"/>
        </w:rPr>
        <w:t>2 Affiliation, Department, University, City, Country</w:t>
      </w:r>
    </w:p>
    <w:p w14:paraId="4F1863E9" w14:textId="77777777" w:rsidR="00B36724" w:rsidRDefault="00000000">
      <w:pPr>
        <w:spacing w:after="160"/>
        <w:jc w:val="center"/>
      </w:pPr>
      <w:r>
        <w:rPr>
          <w:sz w:val="20"/>
        </w:rPr>
        <w:t>Presenting author e-mail: name@example.com</w:t>
      </w:r>
    </w:p>
    <w:tbl>
      <w:tblPr>
        <w:tblW w:w="0" w:type="auto"/>
        <w:jc w:val="center"/>
        <w:tblLook w:val="04A0" w:firstRow="1" w:lastRow="0" w:firstColumn="1" w:lastColumn="0" w:noHBand="0" w:noVBand="1"/>
      </w:tblPr>
      <w:tblGrid>
        <w:gridCol w:w="4111"/>
        <w:gridCol w:w="5301"/>
      </w:tblGrid>
      <w:tr w:rsidR="00B36724" w14:paraId="1907B872" w14:textId="77777777" w:rsidTr="007C66D2">
        <w:trPr>
          <w:jc w:val="center"/>
        </w:trPr>
        <w:tc>
          <w:tcPr>
            <w:tcW w:w="4111" w:type="dxa"/>
            <w:tcBorders>
              <w:top w:val="single" w:sz="4" w:space="0" w:color="BFBFBF"/>
              <w:left w:val="single" w:sz="4" w:space="0" w:color="BFBFBF"/>
              <w:bottom w:val="single" w:sz="4" w:space="0" w:color="BFBFBF"/>
              <w:right w:val="single" w:sz="4" w:space="0" w:color="BFBFBF"/>
            </w:tcBorders>
            <w:vAlign w:val="center"/>
          </w:tcPr>
          <w:p w14:paraId="75BDB962" w14:textId="77777777" w:rsidR="00B36724" w:rsidRDefault="00000000">
            <w:pPr>
              <w:spacing w:after="0"/>
            </w:pPr>
            <w:r>
              <w:rPr>
                <w:b/>
                <w:sz w:val="20"/>
              </w:rPr>
              <w:t>Presentation type</w:t>
            </w:r>
          </w:p>
        </w:tc>
        <w:tc>
          <w:tcPr>
            <w:tcW w:w="5301" w:type="dxa"/>
            <w:tcBorders>
              <w:top w:val="single" w:sz="4" w:space="0" w:color="BFBFBF"/>
              <w:left w:val="single" w:sz="4" w:space="0" w:color="BFBFBF"/>
              <w:bottom w:val="single" w:sz="4" w:space="0" w:color="BFBFBF"/>
              <w:right w:val="single" w:sz="4" w:space="0" w:color="BFBFBF"/>
            </w:tcBorders>
            <w:vAlign w:val="center"/>
          </w:tcPr>
          <w:p w14:paraId="0A7DD958" w14:textId="4943C4FD" w:rsidR="00B36724" w:rsidRPr="007C66D2" w:rsidRDefault="00000000">
            <w:pPr>
              <w:spacing w:after="0"/>
              <w:rPr>
                <w:rFonts w:eastAsiaTheme="minorEastAsia"/>
                <w:sz w:val="20"/>
                <w:lang w:eastAsia="ja-JP"/>
              </w:rPr>
            </w:pPr>
            <w:r>
              <w:rPr>
                <w:sz w:val="20"/>
              </w:rPr>
              <w:t xml:space="preserve">[ </w:t>
            </w:r>
            <w:proofErr w:type="gramStart"/>
            <w:r w:rsidR="007C66D2">
              <w:rPr>
                <w:rFonts w:eastAsiaTheme="minorEastAsia" w:hint="eastAsia"/>
                <w:sz w:val="20"/>
                <w:lang w:eastAsia="ja-JP"/>
              </w:rPr>
              <w:t xml:space="preserve">  </w:t>
            </w:r>
            <w:r>
              <w:rPr>
                <w:sz w:val="20"/>
              </w:rPr>
              <w:t>]</w:t>
            </w:r>
            <w:proofErr w:type="gramEnd"/>
            <w:r>
              <w:rPr>
                <w:sz w:val="20"/>
              </w:rPr>
              <w:t xml:space="preserve"> Oral</w:t>
            </w:r>
            <w:r w:rsidR="007C66D2">
              <w:rPr>
                <w:rFonts w:eastAsiaTheme="minorEastAsia" w:hint="eastAsia"/>
                <w:sz w:val="20"/>
                <w:lang w:eastAsia="ja-JP"/>
              </w:rPr>
              <w:t xml:space="preserve"> </w:t>
            </w:r>
            <w:r w:rsidR="007C66D2" w:rsidRPr="007C66D2">
              <w:rPr>
                <w:rFonts w:eastAsiaTheme="minorEastAsia"/>
                <w:sz w:val="20"/>
                <w:lang w:eastAsia="ja-JP"/>
              </w:rPr>
              <w:t>(invited)</w:t>
            </w:r>
            <w:r>
              <w:rPr>
                <w:sz w:val="20"/>
              </w:rPr>
              <w:t xml:space="preserve"> presentation </w:t>
            </w:r>
            <w:proofErr w:type="gramStart"/>
            <w:r>
              <w:rPr>
                <w:sz w:val="20"/>
              </w:rPr>
              <w:t xml:space="preserve">   [ </w:t>
            </w:r>
            <w:r w:rsidR="007C66D2">
              <w:rPr>
                <w:rFonts w:eastAsiaTheme="minorEastAsia" w:hint="eastAsia"/>
                <w:sz w:val="20"/>
                <w:lang w:eastAsia="ja-JP"/>
              </w:rPr>
              <w:t xml:space="preserve"> </w:t>
            </w:r>
            <w:r>
              <w:rPr>
                <w:sz w:val="20"/>
              </w:rPr>
              <w:t>]</w:t>
            </w:r>
            <w:proofErr w:type="gramEnd"/>
            <w:r>
              <w:rPr>
                <w:sz w:val="20"/>
              </w:rPr>
              <w:t xml:space="preserve"> Poster presentation</w:t>
            </w:r>
          </w:p>
        </w:tc>
      </w:tr>
      <w:tr w:rsidR="00B36724" w14:paraId="3962E5D4" w14:textId="77777777" w:rsidTr="007C66D2">
        <w:trPr>
          <w:jc w:val="center"/>
        </w:trPr>
        <w:tc>
          <w:tcPr>
            <w:tcW w:w="4111" w:type="dxa"/>
            <w:tcBorders>
              <w:top w:val="single" w:sz="4" w:space="0" w:color="BFBFBF"/>
              <w:left w:val="single" w:sz="4" w:space="0" w:color="BFBFBF"/>
              <w:bottom w:val="single" w:sz="4" w:space="0" w:color="BFBFBF"/>
              <w:right w:val="single" w:sz="4" w:space="0" w:color="BFBFBF"/>
            </w:tcBorders>
            <w:vAlign w:val="center"/>
          </w:tcPr>
          <w:p w14:paraId="583BBF16" w14:textId="77777777" w:rsidR="00B36724" w:rsidRDefault="00000000">
            <w:pPr>
              <w:spacing w:after="0"/>
            </w:pPr>
            <w:r>
              <w:rPr>
                <w:b/>
                <w:sz w:val="20"/>
              </w:rPr>
              <w:t>Research field / session</w:t>
            </w:r>
          </w:p>
        </w:tc>
        <w:tc>
          <w:tcPr>
            <w:tcW w:w="5301" w:type="dxa"/>
            <w:tcBorders>
              <w:top w:val="single" w:sz="4" w:space="0" w:color="BFBFBF"/>
              <w:left w:val="single" w:sz="4" w:space="0" w:color="BFBFBF"/>
              <w:bottom w:val="single" w:sz="4" w:space="0" w:color="BFBFBF"/>
              <w:right w:val="single" w:sz="4" w:space="0" w:color="BFBFBF"/>
            </w:tcBorders>
            <w:vAlign w:val="center"/>
          </w:tcPr>
          <w:p w14:paraId="071E8863" w14:textId="77777777" w:rsidR="00B36724" w:rsidRDefault="00000000">
            <w:pPr>
              <w:spacing w:after="0"/>
            </w:pPr>
            <w:r>
              <w:rPr>
                <w:sz w:val="20"/>
              </w:rPr>
              <w:t>Please specify, if applicable</w:t>
            </w:r>
          </w:p>
        </w:tc>
      </w:tr>
    </w:tbl>
    <w:p w14:paraId="2217C1C5" w14:textId="77777777" w:rsidR="00B36724" w:rsidRDefault="00000000">
      <w:pPr>
        <w:pBdr>
          <w:bottom w:val="single" w:sz="8" w:space="1" w:color="1F4E79"/>
        </w:pBdr>
        <w:spacing w:before="160" w:after="60"/>
      </w:pPr>
      <w:r>
        <w:rPr>
          <w:rFonts w:ascii="Arial" w:eastAsia="Arial" w:hAnsi="Arial"/>
          <w:b/>
          <w:color w:val="1F4E79"/>
        </w:rPr>
        <w:t>Abstract</w:t>
      </w:r>
    </w:p>
    <w:p w14:paraId="04716E8C" w14:textId="77777777" w:rsidR="00B36724" w:rsidRDefault="00000000">
      <w:pPr>
        <w:spacing w:after="160"/>
        <w:jc w:val="both"/>
      </w:pPr>
      <w:r>
        <w:t>Please write the abstract here. The abstract should briefly describe the background, objective, methods, main results, and conclusions of the study. A typical length is approximately 200-300 words. Figures and tables should be avoided unless necessary. Please keep the complete abstract within one A4 page.</w:t>
      </w:r>
    </w:p>
    <w:p w14:paraId="0EAAAB62" w14:textId="77777777" w:rsidR="00B36724" w:rsidRDefault="00000000">
      <w:pPr>
        <w:pBdr>
          <w:bottom w:val="single" w:sz="8" w:space="1" w:color="1F4E79"/>
        </w:pBdr>
        <w:spacing w:before="160" w:after="60"/>
      </w:pPr>
      <w:r>
        <w:rPr>
          <w:rFonts w:ascii="Arial" w:eastAsia="Arial" w:hAnsi="Arial"/>
          <w:b/>
          <w:color w:val="1F4E79"/>
        </w:rPr>
        <w:t>Keywords</w:t>
      </w:r>
    </w:p>
    <w:p w14:paraId="447D7CC2" w14:textId="77777777" w:rsidR="00B36724" w:rsidRDefault="00000000">
      <w:pPr>
        <w:spacing w:after="160"/>
      </w:pPr>
      <w:r>
        <w:t>Keyword 1; Keyword 2; Keyword 3; Keyword 4</w:t>
      </w:r>
    </w:p>
    <w:p w14:paraId="1D27F41F" w14:textId="77777777" w:rsidR="00B36724" w:rsidRDefault="00000000">
      <w:pPr>
        <w:pBdr>
          <w:bottom w:val="single" w:sz="8" w:space="1" w:color="1F4E79"/>
        </w:pBdr>
        <w:spacing w:before="160" w:after="60"/>
      </w:pPr>
      <w:r>
        <w:rPr>
          <w:rFonts w:ascii="Arial" w:eastAsia="Arial" w:hAnsi="Arial"/>
          <w:b/>
          <w:color w:val="1F4E79"/>
        </w:rPr>
        <w:t>Reference (optional)</w:t>
      </w:r>
    </w:p>
    <w:p w14:paraId="20CD1458" w14:textId="77777777" w:rsidR="00B36724" w:rsidRDefault="00000000">
      <w:r>
        <w:rPr>
          <w:sz w:val="20"/>
        </w:rPr>
        <w:t>[1] A. Author, B. Author, Journal Name, volume, pages (year).</w:t>
      </w:r>
    </w:p>
    <w:p w14:paraId="76922797" w14:textId="77777777" w:rsidR="00B36724" w:rsidRDefault="00000000">
      <w:pPr>
        <w:pStyle w:val="Instruction"/>
        <w:spacing w:before="120"/>
      </w:pPr>
      <w:r>
        <w:rPr>
          <w:i/>
        </w:rPr>
        <w:t>Notes: Please do not change the page size or margins. The final abstract should be submitted as a DOCX or PDF file according to the instruction from the organizer at your university.</w:t>
      </w:r>
    </w:p>
    <w:sectPr w:rsidR="00B36724" w:rsidSect="00034616">
      <w:headerReference w:type="default" r:id="rId8"/>
      <w:footerReference w:type="default" r:id="rId9"/>
      <w:pgSz w:w="11906" w:h="16838"/>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E7146" w14:textId="77777777" w:rsidR="00BD39B5" w:rsidRDefault="00BD39B5">
      <w:pPr>
        <w:spacing w:after="0" w:line="240" w:lineRule="auto"/>
      </w:pPr>
      <w:r>
        <w:separator/>
      </w:r>
    </w:p>
  </w:endnote>
  <w:endnote w:type="continuationSeparator" w:id="0">
    <w:p w14:paraId="18315974" w14:textId="77777777" w:rsidR="00BD39B5" w:rsidRDefault="00BD39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83419" w14:textId="77777777" w:rsidR="00B36724" w:rsidRDefault="00000000">
    <w:pPr>
      <w:pStyle w:val="a7"/>
      <w:jc w:val="center"/>
    </w:pPr>
    <w:r>
      <w:rPr>
        <w:rFonts w:ascii="Arial" w:eastAsia="Arial" w:hAnsi="Arial"/>
        <w:color w:val="646464"/>
        <w:sz w:val="16"/>
      </w:rPr>
      <w:t>Joint Symposium of Jeju National University and Nagasaki University on Science and Technology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763C6" w14:textId="77777777" w:rsidR="00BD39B5" w:rsidRDefault="00BD39B5">
      <w:pPr>
        <w:spacing w:after="0" w:line="240" w:lineRule="auto"/>
      </w:pPr>
      <w:r>
        <w:separator/>
      </w:r>
    </w:p>
  </w:footnote>
  <w:footnote w:type="continuationSeparator" w:id="0">
    <w:p w14:paraId="10A8F645" w14:textId="77777777" w:rsidR="00BD39B5" w:rsidRDefault="00BD39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D609B" w14:textId="77777777" w:rsidR="00B36724" w:rsidRDefault="00000000">
    <w:pPr>
      <w:pStyle w:val="a5"/>
      <w:jc w:val="center"/>
    </w:pPr>
    <w:r>
      <w:rPr>
        <w:rFonts w:ascii="Arial" w:eastAsia="Arial" w:hAnsi="Arial"/>
        <w:color w:val="646464"/>
        <w:sz w:val="18"/>
      </w:rPr>
      <w:t>JSST 2026 Abstract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53728951">
    <w:abstractNumId w:val="8"/>
  </w:num>
  <w:num w:numId="2" w16cid:durableId="2117404049">
    <w:abstractNumId w:val="6"/>
  </w:num>
  <w:num w:numId="3" w16cid:durableId="853880181">
    <w:abstractNumId w:val="5"/>
  </w:num>
  <w:num w:numId="4" w16cid:durableId="673802313">
    <w:abstractNumId w:val="4"/>
  </w:num>
  <w:num w:numId="5" w16cid:durableId="969439519">
    <w:abstractNumId w:val="7"/>
  </w:num>
  <w:num w:numId="6" w16cid:durableId="85926046">
    <w:abstractNumId w:val="3"/>
  </w:num>
  <w:num w:numId="7" w16cid:durableId="1993946731">
    <w:abstractNumId w:val="2"/>
  </w:num>
  <w:num w:numId="8" w16cid:durableId="22902569">
    <w:abstractNumId w:val="1"/>
  </w:num>
  <w:num w:numId="9" w16cid:durableId="8717641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7C66D2"/>
    <w:rsid w:val="009C1D6B"/>
    <w:rsid w:val="00AA1D8D"/>
    <w:rsid w:val="00B36724"/>
    <w:rsid w:val="00B47730"/>
    <w:rsid w:val="00BD39B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7C2059FF"/>
  <w14:defaultImageDpi w14:val="300"/>
  <w15:docId w15:val="{37ECB664-37AC-4EA8-87EB-BD58E925D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9"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ction">
    <w:name w:val="Instruction"/>
    <w:pPr>
      <w:spacing w:after="60" w:line="240" w:lineRule="auto"/>
    </w:pPr>
    <w:rPr>
      <w:rFonts w:ascii="Arial" w:eastAsia="Arial" w:hAnsi="Arial"/>
      <w:color w:val="585858"/>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200</Words>
  <Characters>1145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JSST 2026 Abstract Template</dc:title>
  <dc:subject>Abstract template for JSST 2026</dc:subject>
  <dc:creator/>
  <cp:keywords>JSST 2026, abstract template</cp:keywords>
  <dc:description/>
  <cp:lastModifiedBy>柳井　武志</cp:lastModifiedBy>
  <cp:revision>2</cp:revision>
  <dcterms:created xsi:type="dcterms:W3CDTF">2013-12-23T23:15:00Z</dcterms:created>
  <dcterms:modified xsi:type="dcterms:W3CDTF">2026-07-21T22:39:00Z</dcterms:modified>
  <cp:category/>
</cp:coreProperties>
</file>